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גדולים למקומות שונים (מאות, אלפים)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תוצאה של חיבור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באומדן במבחן אמריקאי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ועיגול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453,000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68,300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עיגול.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ספרה 4 ומטה מעגלים כלפי מטה.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השימוש העיקרי באומדן.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להעריך ולבחור בלי לחשב עד הסוף.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ההפרש מ-100,000 קטן יותר מההפרש מ-10,000.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1. 73,000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2. 29,700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מעוגלים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לעיגול שלו לאלפים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(14,000)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(68,000)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(100,000)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(42,000)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(306,000)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לעגל כל מספר לקירוב נוח (4,000 ו-50), להכפיל ולקבל בערך 200,000, מה שמראה שהתוצאה המדויקת קרובה לכך ולא ל-20,000.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בוחר מספר, מזהה את ספרת האלפים, בודק את הספרה מימין לה, ומעגל בהתאם (למעלה או למטה).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הספרה שמימין למקום העיגול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התשובה הגיונית בלי לחשב הכל במדויק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58,500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הפתורה מהעמוד ולחזור על כלל 5 ומעלה/4 ומטה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עיגול מספרים לפני מעבר לשאלות האומדן של החיבור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ההסבר הפתוח, לעודד תלמידים לנמק באמצעות עיגול שני הגורמים לפני הכפל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עיגול מספרים עד מיליון ואומדן תוצאות של חיבור, כדי לדעת לבחור תשובה הגיונית במהירות.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אומדן ועיגול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האומדן הקרוב ביותר לתוצאה של 3,215 + 4,890?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7,100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האומדן הקרוב ביותר לתוצאה של 6,478 + 2,350?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האומדן הקרוב ביותר לתוצאה של 5,612 + 3,925?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האומדן הקרוב ביותר לתוצאה של 1,842 + 6,310?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עגלו את 452,780 לאלפים הקרובים.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453,000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460,000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עגלו את 68,349 למאות הקרובות.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68,300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68,400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68,350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לעגל מספר, מסתכלים על הספרה שמימין למקום העיגול.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הספרה שמימין היא 4, מעגלים כלפי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עוזר לבדוק אם תשובה הגיונית לפני חישוב מדויק.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במבחן אמריקאי תמיד צריך לחשב במדויק לפני שבוחרים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126,550 קרוב יותר ל-100,000 מאשר ל-10,000.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המעוגל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עיגול המספר 73,482 לאלפים הקרובים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עיגול המספר 29,650 למאות הקרובות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להחליט לאן לעגל, מסתכלים על הספרה ש__________ למקום העיגול.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הספרה שמימין היא 5 ומעלה, מעגלים כלפי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אומדן הוא הערכה של תוצאה בעזרת מספרים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מספר לעיגול שלו לאלפים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1. 14,328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306,000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2. 67,512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100,000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3. 99,650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42,000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4. 42,499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68,000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5. 305,780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14,000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לדעת, בלי לחשב, שהתוצאה של 4,012 × 49 קרובה יותר ל-200,000 מאשר ל-20,000.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משלכם למספר בן שש ספרות, ועגלו אותו לאלפים הקרובים. הסבירו את השלבים.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הספרה שבודקים כדי לדעת לאן לעגל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להעריך תוצאה לפני שבוחרים תשובה במבחן אמריקאי?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עגלו את 58,462 למאות הקרובות.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ועיגול – עד מיליון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